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微软雅黑" w:hAnsi="微软雅黑"/>
          <w:sz w:val="36"/>
        </w:rPr>
        <w:t>综采三队 设备监测数据报告</w:t>
      </w:r>
    </w:p>
    <w:p>
      <w:pPr/>
      <w:r>
        <w:t>报告时间：2026-05-30 18:21:28</w:t>
      </w:r>
    </w:p>
    <w:p/>
    <w:p>
      <w:pPr>
        <w:pStyle w:val="Heading2"/>
      </w:pPr>
      <w:r>
        <w:t>三机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微软雅黑" w:hAnsi="微软雅黑"/>
                <w:b/>
                <w:sz w:val="20"/>
              </w:rPr>
              <w:t>参数名称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b/>
                <w:sz w:val="20"/>
              </w:rPr>
              <w:t>数值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b/>
                <w:sz w:val="20"/>
              </w:rPr>
              <w:t>单位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AFC_Heartbeat(AFC_Heartbeat)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-29310.0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AFC_ParallelDRV_GEA_OilTemp(AFC_ParallelDRV_GEA_OilTemp)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AFC_ParallelDRV_MOT_Current(AFC_ParallelDRV_MOT_Current)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75.0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AFC_ParallelDRV_MOT_RotateSpeed(AFC_ParallelDRV_MOT_RotateSpeed)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631.0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rpm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AFC_ParallelDRV_MOT_Voltage(AFC_ParallelDRV_MOT_Voltage)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4450.0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V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AFC_ParallelDRV_MOT_WindingTemp1(AFC_ParallelDRV_MOT_WindingTemp1)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AFC_Speed(AFC_Speed)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698.0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m/min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AFC_TailDRV_GEA_CoolPressure(AFC_TailDRV_GEA_CoolPressure)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bar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AFC_TailDRV_GEA_OilTemp(AFC_TailDRV_GEA_OilTemp)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AFC_TailDRV_MOT_BackAxleTemp(AFC_TailDRV_MOT_BackAxleTemp)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AFC_TailDRV_MOT_Current(AFC_TailDRV_MOT_Current)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87.0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AFC_TailDRV_MOT_FrontAxleTemp(AFC_TailDRV_MOT_FrontAxleTemp)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AFC_TailDRV_MOT_OverLoadFault(AFC_TailDRV_MOT_OverLoadFault)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AFC_TailDRV_MOT_RotateSpeed(AFC_TailDRV_MOT_RotateSpeed)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630.0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rpm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AFC_TailDRV_MOT_Voltage(AFC_TailDRV_MOT_Voltage)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4505.0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V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AFC_TailDRV_MOT_WindingTemp1(AFC_TailDRV_MOT_WindingTemp1)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AFC_TailDRV_MOT_WindingTemp2(AFC_TailDRV_MOT_WindingTemp2)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AFC_TailDRV_TensionSys_CylinderPressure(AFC_TailDRV_TensionSys_CylinderPressure)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AFC_TailDRV_TensionSys_CylinderStroke(AFC_TailDRV_TensionSys_CylinderStroke)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352.0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AFC_VerticalDRV_GEA_OilTemp(AFC_VerticalDRV_GEA_OilTemp)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AFC_VerticalDRV_MOT_Current(AFC_VerticalDRV_MOT_Current)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78.0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AFC_VerticalDRV_MOT_RotateSpeed(AFC_VerticalDRV_MOT_RotateSpeed)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629.0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rpm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AFC_VerticalDRV_MOT_Voltage(AFC_VerticalDRV_MOT_Voltage)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4385.0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V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AFC_VerticalDRV_MOT_WindingTemp1(AFC_VerticalDRV_MOT_WindingTemp1)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CRU_GEA_CoolPressure(CRU_GEA_CoolPressure)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bar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CRU_GEA_OilTemp(CRU_GEA_OilTemp)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CRU_MOT_AxleTemp1(CRU_MOT_AxleTemp1)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CRU_MOT_AxleTemp2(CRU_MOT_AxleTemp2)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CRU_MOT_WindingTemp(CRU_MOT_WindingTemp)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LOA_GEA_OilTemp(LOA_GEA_OilTemp)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LOA_MOT_BackAxleTemp(LOA_MOT_BackAxleTemp)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LOA_MOT_Current(LOA_MOT_Current)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56.0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LOA_MOT_FrontAxleTemp(LOA_MOT_FrontAxleTemp)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LOA_MOT_OverLoadFault(LOA_MOT_OverLoadFault)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LOA_MOT_RotateSpeed(LOA_MOT_RotateSpeed)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1299.0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rpm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LOA_MOT_Voltage(LOA_MOT_Voltage)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4585.0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V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LOA_MOT_WindingTemp1(LOA_MOT_WindingTemp1)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LOA_MOT_WindingTemp2(LOA_MOT_WindingTemp2)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℃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LOA_Speed(LOA_Speed)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2028.0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m/min</w:t>
            </w:r>
          </w:p>
        </w:tc>
      </w:tr>
    </w:tbl>
    <w:p/>
    <w:p>
      <w:pPr>
        <w:pStyle w:val="Heading2"/>
      </w:pPr>
      <w:r>
        <w:t>其他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rFonts w:ascii="微软雅黑" w:hAnsi="微软雅黑"/>
                <w:b/>
                <w:sz w:val="20"/>
              </w:rPr>
              <w:t>参数名称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b/>
                <w:sz w:val="20"/>
              </w:rPr>
              <w:t>数值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b/>
                <w:sz w:val="20"/>
              </w:rPr>
              <w:t>单位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HN_EStop1(HN_EStop1)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HN_EStop10(HN_EStop10)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HN_EStop11(HN_EStop11)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HN_EStop12(HN_EStop12)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HN_EStop13(HN_EStop13)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HN_EStop14(HN_EStop14)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HN_EStop15(HN_EStop15)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HN_EStop16(HN_EStop16)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HN_EStop17(HN_EStop17)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HN_EStop18(HN_EStop18)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HN_EStop19(HN_EStop19)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HN_EStop2(HN_EStop2)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HN_EStop20(HN_EStop20)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HN_EStop21(HN_EStop21)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HN_EStop22(HN_EStop22)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HN_EStop23(HN_EStop23)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HN_EStop24(HN_EStop24)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HN_EStop25(HN_EStop25)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HN_EStop26(HN_EStop26)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HN_EStop3(HN_EStop3)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HN_EStop4(HN_EStop4)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HN_EStop5(HN_EStop5)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HN_EStop6(HN_EStop6)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HN_EStop7(HN_EStop7)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HN_EStop8(HN_EStop8)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HN_EStop9(HN_EStop9)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HN_Interlock(HN_Interlock)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HN_WorkMode(HN_WorkMode)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MU_Controller_ActualSpeed(MU_Controller_ActualSpeed)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MU_Controller_ManualAutoMode(MU_Controller_ManualAutoMode)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MU_Controller_PositionSupport(MU_Controller_PositionSupport)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MU_Crusher_MOT_Current(MU_Crusher_MOT_Current)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MU_LeftCutter_MOT_Current(MU_LeftCutter_MOT_Current)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MU_LeftHaulage_MOT_Current(MU_LeftHaulage_MOT_Current)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MU_LeftPump_MOT_Current(MU_LeftPump_MOT_Current)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MU_RightCutter_MOT_Current(MU_RightCutter_MOT_Current)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MU_RightHaulage_MOT_Current(MU_RightHaulage_MOT_Current)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SLD_FaceStatus(SLD_FaceStatus)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SLD1_LeftPressure(SLD1_LeftPressure)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SLD1_Sensor(SLD1_Sensor)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SLD10_LeftPressure(SLD10_LeftPressure)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321.0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SLD10_Sensor(SLD10_Sensor)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SLD10_TipHeight(SLD10_TipHeight)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6240.0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SLD100_LeftPressure(SLD100_LeftPressure)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SLD100_Sensor(SLD100_Sensor)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SLD100_TipHeight(SLD100_TipHeight)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6430.0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SLD101_LeftPressure(SLD101_LeftPressure)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SLD101_Sensor(SLD101_Sensor)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1023.0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SLD102_LeftPressure(SLD102_LeftPressure)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SLD102_Sensor(SLD102_Sensor)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944.0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SLD103_LeftPressure(SLD103_LeftPressure)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SLD103_Sensor(SLD103_Sensor)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220.0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SLD104_LeftPressure(SLD104_LeftPressure)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SLD104_Sensor(SLD104_Sensor)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SLD105_LeftPressure(SLD105_LeftPressure)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SLD105_Sensor(SLD105_Sensor)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SLD106_LeftPressure(SLD106_LeftPressure)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272.0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SLD106_Sensor(SLD106_Sensor)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SLD107_LeftPressure(SLD107_LeftPressure)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SLD107_Sensor(SLD107_Sensor)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SLD108_LeftPressure(SLD108_LeftPressure)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290.0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SLD108_Sensor(SLD108_Sensor)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SLD109_LeftPressure(SLD109_LeftPressure)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SLD109_Sensor(SLD109_Sensor)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SLD11_LeftPressure(SLD11_LeftPressure)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SLD11_Sensor(SLD11_Sensor)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SLD110_LeftPressure(SLD110_LeftPressure)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SLD110_Sensor(SLD110_Sensor)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SLD110_TipHeight(SLD110_TipHeight)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SLD111_LeftPressure(SLD111_LeftPressure)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SLD111_Sensor(SLD111_Sensor)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SLD112_LeftPressure(SLD112_LeftPressure)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SLD112_Sensor(SLD112_Sensor)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SLD113_LeftPressure(SLD113_LeftPressure)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SLD113_Sensor(SLD113_Sensor)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SLD114_LeftPressure(SLD114_LeftPressure)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SLD114_Sensor(SLD114_Sensor)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SLD115_LeftPressure(SLD115_LeftPressure)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SLD115_Sensor(SLD115_Sensor)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SLD116_LeftPressure(SLD116_LeftPressure)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SLD116_Sensor(SLD116_Sensor)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SLD117_LeftPressure(SLD117_LeftPressure)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SLD117_Sensor(SLD117_Sensor)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SLD118_LeftPressure(SLD118_LeftPressure)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SLD118_Sensor(SLD118_Sensor)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SLD119_LeftPressure(SLD119_LeftPressure)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SLD119_Sensor(SLD119_Sensor)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SLD12_LeftPressure(SLD12_LeftPressure)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SLD12_Sensor(SLD12_Sensor)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SLD120_LeftPressure(SLD120_LeftPressure)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SLD120_Sensor(SLD120_Sensor)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SLD120_TipHeight(SLD120_TipHeight)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SLD121_LeftPressure(SLD121_LeftPressure)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SLD121_Sensor(SLD121_Sensor)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SLD122_LeftPressure(SLD122_LeftPressure)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SLD122_Sensor(SLD122_Sensor)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SLD123_LeftPressure(SLD123_LeftPressure)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SLD123_Sensor(SLD123_Sensor)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SLD124_LeftPressure(SLD124_LeftPressure)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SLD124_Sensor(SLD124_Sensor)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SLD125_LeftPressure(SLD125_LeftPressure)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SLD125_Sensor(SLD125_Sensor)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SLD126_LeftPressure(SLD126_LeftPressure)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SLD126_Sensor(SLD126_Sensor)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SLD127_LeftPressure(SLD127_LeftPressure)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SLD127_Sensor(SLD127_Sensor)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SLD128_LeftPressure(SLD128_LeftPressure)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SLD128_Sensor(SLD128_Sensor)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SLD129_LeftPressure(SLD129_LeftPressure)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SLD129_Sensor(SLD129_Sensor)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SLD13_LeftPressure(SLD13_LeftPressure)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SLD13_Sensor(SLD13_Sensor)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SLD130_LeftPressure(SLD130_LeftPressure)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SLD130_Sensor(SLD130_Sensor)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SLD130_TipHeight(SLD130_TipHeight)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SLD131_LeftPressure(SLD131_LeftPressure)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SLD131_Sensor(SLD131_Sensor)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SLD132_LeftPressure(SLD132_LeftPressure)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SLD132_Sensor(SLD132_Sensor)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SLD133_LeftPressure(SLD133_LeftPressure)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SLD133_Sensor(SLD133_Sensor)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SLD134_LeftPressure(SLD134_LeftPressure)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SLD134_Sensor(SLD134_Sensor)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SLD135_LeftPressure(SLD135_LeftPressure)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SLD135_Sensor(SLD135_Sensor)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SLD136_LeftPressure(SLD136_LeftPressure)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SLD136_Sensor(SLD136_Sensor)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SLD137_LeftPressure(SLD137_LeftPressure)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SLD137_Sensor(SLD137_Sensor)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SLD138_LeftPressure(SLD138_LeftPressure)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SLD138_Sensor(SLD138_Sensor)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SLD139_LeftPressure(SLD139_LeftPressure)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SLD139_Sensor(SLD139_Sensor)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SLD14_LeftPressure(SLD14_LeftPressure)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292.0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SLD14_Sensor(SLD14_Sensor)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1180.0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SLD140_LeftPressure(SLD140_LeftPressure)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SLD140_Sensor(SLD140_Sensor)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SLD140_TipHeight(SLD140_TipHeight)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SLD141_LeftPressure(SLD141_LeftPressure)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SLD141_Sensor(SLD141_Sensor)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SLD142_LeftPressure(SLD142_LeftPressure)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SLD142_Sensor(SLD142_Sensor)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SLD143_LeftPressure(SLD143_LeftPressure)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SLD143_Sensor(SLD143_Sensor)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SLD144_LeftPressure(SLD144_LeftPressure)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SLD144_Sensor(SLD144_Sensor)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SLD145_LeftPressure(SLD145_LeftPressure)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SLD145_Sensor(SLD145_Sensor)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SLD146_LeftPressure(SLD146_LeftPressure)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SLD146_Sensor(SLD146_Sensor)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SLD147_LeftPressure(SLD147_LeftPressure)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SLD147_Sensor(SLD147_Sensor)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SLD148_LeftPressure(SLD148_LeftPressure)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SLD148_Sensor(SLD148_Sensor)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SLD149_LeftPressure(SLD149_LeftPressure)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SLD149_Sensor(SLD149_Sensor)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SLD15_LeftPressure(SLD15_LeftPressure)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297.0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SLD15_Sensor(SLD15_Sensor)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1106.0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SLD150_LeftPressure(SLD150_LeftPressure)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SLD150_Sensor(SLD150_Sensor)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SLD150_TipHeight(SLD150_TipHeight)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SLD151_LeftPressure(SLD151_LeftPressure)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SLD151_Sensor(SLD151_Sensor)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SLD153_LeftPressure(SLD153_LeftPressure)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SLD153_Sensor(SLD153_Sensor)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SLD154_LeftPressure(SLD154_LeftPressure)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SLD154_Sensor(SLD154_Sensor)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SLD155_LeftPressure(SLD155_LeftPressure)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SLD155_Sensor(SLD155_Sensor)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SLD156_LeftPressure(SLD156_LeftPressure)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SLD156_Sensor(SLD156_Sensor)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SLD157_LeftPressure(SLD157_LeftPressure)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SLD157_Sensor(SLD157_Sensor)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SLD158_LeftPressure(SLD158_LeftPressure)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SLD158_Sensor(SLD158_Sensor)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SLD159_LeftPressure(SLD159_LeftPressure)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SLD159_Sensor(SLD159_Sensor)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SLD16_LeftPressure(SLD16_LeftPressure)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SLD16_Sensor(SLD16_Sensor)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754.0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SLD160_LeftPressure(SLD160_LeftPressure)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SLD160_Sensor(SLD160_Sensor)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SLD160_TipHeight(SLD160_TipHeight)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SLD17_LeftPressure(SLD17_LeftPressure)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323.0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SLD17_Sensor(SLD17_Sensor)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1061.0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SLD18_LeftPressure(SLD18_LeftPressure)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331.0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SLD18_Sensor(SLD18_Sensor)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SLD19_LeftPressure(SLD19_LeftPressure)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320.0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SLD19_Sensor(SLD19_Sensor)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570.0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SLD2_LeftPressure(SLD2_LeftPressure)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SLD2_Sensor(SLD2_Sensor)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SLD20_LeftPressure(SLD20_LeftPressure)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390.0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SLD20_Sensor(SLD20_Sensor)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710.0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SLD20_TipHeight(SLD20_TipHeight)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4420.0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SLD21_LeftPressure(SLD21_LeftPressure)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397.0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SLD21_Sensor(SLD21_Sensor)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703.0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SLD22_LeftPressure(SLD22_LeftPressure)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485.0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SLD22_Sensor(SLD22_Sensor)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669.0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SLD23_LeftPressure(SLD23_LeftPressure)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SLD23_Sensor(SLD23_Sensor)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SLD24_LeftPressure(SLD24_LeftPressure)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463.0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SLD24_Sensor(SLD24_Sensor)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810.0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SLD25_LeftPressure(SLD25_LeftPressure)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SLD25_Sensor(SLD25_Sensor)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SLD26_LeftPressure(SLD26_LeftPressure)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430.0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SLD26_Sensor(SLD26_Sensor)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1113.0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SLD27_LeftPressure(SLD27_LeftPressure)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SLD27_Sensor(SLD27_Sensor)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1168.0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SLD28_LeftPressure(SLD28_LeftPressure)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416.0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SLD28_Sensor(SLD28_Sensor)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SLD29_LeftPressure(SLD29_LeftPressure)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439.0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SLD29_Sensor(SLD29_Sensor)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SLD3_LeftPressure(SLD3_LeftPressure)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SLD3_Sensor(SLD3_Sensor)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SLD30_LeftPressure(SLD30_LeftPressure)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456.0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SLD30_Sensor(SLD30_Sensor)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1136.0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SLD30_TipHeight(SLD30_TipHeight)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7060.0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SLD31_LeftPressure(SLD31_LeftPressure)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344.0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SLD31_Sensor(SLD31_Sensor)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679.0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SLD32_LeftPressure(SLD32_LeftPressure)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342.0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SLD32_Sensor(SLD32_Sensor)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SLD33_LeftPressure(SLD33_LeftPressure)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SLD33_Sensor(SLD33_Sensor)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SLD34_LeftPressure(SLD34_LeftPressure)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321.0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SLD34_Sensor(SLD34_Sensor)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SLD35_LeftPressure(SLD35_LeftPressure)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SLD35_Sensor(SLD35_Sensor)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97.0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SLD36_LeftPressure(SLD36_LeftPressure)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SLD36_Sensor(SLD36_Sensor)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SLD37_LeftPressure(SLD37_LeftPressure)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SLD37_Sensor(SLD37_Sensor)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SLD38_LeftPressure(SLD38_LeftPressure)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SLD38_Sensor(SLD38_Sensor)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SLD39_LeftPressure(SLD39_LeftPressure)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SLD39_Sensor(SLD39_Sensor)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694.0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SLD4_LeftPressure(SLD4_LeftPressure)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341.0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SLD4_Sensor(SLD4_Sensor)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SLD40_LeftPressure(SLD40_LeftPressure)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SLD40_Sensor(SLD40_Sensor)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1013.0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SLD40_TipHeight(SLD40_TipHeight)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5920.0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SLD41_LeftPressure(SLD41_LeftPressure)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415.0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SLD41_Sensor(SLD41_Sensor)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1171.0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SLD42_LeftPressure(SLD42_LeftPressure)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SLD42_Sensor(SLD42_Sensor)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1113.0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SLD43_LeftPressure(SLD43_LeftPressure)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272.0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SLD43_Sensor(SLD43_Sensor)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SLD44_LeftPressure(SLD44_LeftPressure)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SLD44_Sensor(SLD44_Sensor)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SLD45_LeftPressure(SLD45_LeftPressure)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SLD45_Sensor(SLD45_Sensor)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1090.0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SLD46_LeftPressure(SLD46_LeftPressure)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SLD46_Sensor(SLD46_Sensor)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1177.0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SLD47_LeftPressure(SLD47_LeftPressure)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SLD47_Sensor(SLD47_Sensor)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SLD48_LeftPressure(SLD48_LeftPressure)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437.0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SLD48_Sensor(SLD48_Sensor)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SLD49_LeftPressure(SLD49_LeftPressure)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493.0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SLD49_Sensor(SLD49_Sensor)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SLD5_LeftPressure(SLD5_LeftPressure)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SLD5_Sensor(SLD5_Sensor)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SLD50_LeftPressure(SLD50_LeftPressure)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SLD50_Sensor(SLD50_Sensor)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SLD50_TipHeight(SLD50_TipHeight)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6080.0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SLD51_LeftPressure(SLD51_LeftPressure)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SLD51_Sensor(SLD51_Sensor)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SLD53_LeftPressure(SLD53_LeftPressure)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333.0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SLD53_Sensor(SLD53_Sensor)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SLD54_LeftPressure(SLD54_LeftPressure)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SLD54_Sensor(SLD54_Sensor)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SLD55_LeftPressure(SLD55_LeftPressure)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477.0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SLD55_Sensor(SLD55_Sensor)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1140.0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SLD56_LeftPressure(SLD56_LeftPressure)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389.0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SLD56_Sensor(SLD56_Sensor)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1021.0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SLD57_LeftPressure(SLD57_LeftPressure)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SLD57_Sensor(SLD57_Sensor)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550.0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SLD58_LeftPressure(SLD58_LeftPressure)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SLD58_Sensor(SLD58_Sensor)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SLD59_LeftPressure(SLD59_LeftPressure)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SLD59_Sensor(SLD59_Sensor)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99.0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SLD6_LeftPressure(SLD6_LeftPressure)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290.0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SLD6_Sensor(SLD6_Sensor)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162.0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SLD60_LeftPressure(SLD60_LeftPressure)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331.0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SLD60_Sensor(SLD60_Sensor)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SLD60_TipHeight(SLD60_TipHeight)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6020.0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SLD61_LeftPressure(SLD61_LeftPressure)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SLD61_Sensor(SLD61_Sensor)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SLD62_LeftPressure(SLD62_LeftPressure)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397.0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SLD62_Sensor(SLD62_Sensor)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SLD63_LeftPressure(SLD63_LeftPressure)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SLD63_Sensor(SLD63_Sensor)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SLD64_LeftPressure(SLD64_LeftPressure)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398.0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SLD64_Sensor(SLD64_Sensor)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414.0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SLD65_LeftPressure(SLD65_LeftPressure)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458.0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SLD65_Sensor(SLD65_Sensor)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1165.0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SLD66_LeftPressure(SLD66_LeftPressure)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499.0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SLD66_Sensor(SLD66_Sensor)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1045.0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SLD67_LeftPressure(SLD67_LeftPressure)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353.0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SLD67_Sensor(SLD67_Sensor)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1145.0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SLD68_LeftPressure(SLD68_LeftPressure)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255.0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SLD68_Sensor(SLD68_Sensor)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SLD69_LeftPressure(SLD69_LeftPressure)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SLD69_Sensor(SLD69_Sensor)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1084.0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SLD7_LeftPressure(SLD7_LeftPressure)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SLD7_Sensor(SLD7_Sensor)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SLD70_LeftPressure(SLD70_LeftPressure)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SLD70_Sensor(SLD70_Sensor)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SLD70_TipHeight(SLD70_TipHeight)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6720.0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SLD71_LeftPressure(SLD71_LeftPressure)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SLD71_Sensor(SLD71_Sensor)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1107.0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SLD72_LeftPressure(SLD72_LeftPressure)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399.0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SLD72_Sensor(SLD72_Sensor)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1117.0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SLD73_LeftPressure(SLD73_LeftPressure)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SLD73_Sensor(SLD73_Sensor)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1067.0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SLD74_LeftPressure(SLD74_LeftPressure)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375.0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SLD74_Sensor(SLD74_Sensor)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1183.0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SLD75_LeftPressure(SLD75_LeftPressure)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387.0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SLD75_Sensor(SLD75_Sensor)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1110.0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SLD76_LeftPressure(SLD76_LeftPressure)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409.0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SLD76_Sensor(SLD76_Sensor)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1142.0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SLD77_LeftPressure(SLD77_LeftPressure)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SLD77_Sensor(SLD77_Sensor)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1103.0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SLD78_LeftPressure(SLD78_LeftPressure)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364.0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SLD78_Sensor(SLD78_Sensor)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1126.0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SLD79_LeftPressure(SLD79_LeftPressure)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458.0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SLD79_Sensor(SLD79_Sensor)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1159.0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SLD8_LeftPressure(SLD8_LeftPressure)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295.0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SLD8_Sensor(SLD8_Sensor)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SLD80_LeftPressure(SLD80_LeftPressure)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455.0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SLD80_Sensor(SLD80_Sensor)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1133.0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SLD80_TipHeight(SLD80_TipHeight)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6670.0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SLD81_LeftPressure(SLD81_LeftPressure)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SLD81_Sensor(SLD81_Sensor)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1157.0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SLD82_LeftPressure(SLD82_LeftPressure)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429.0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SLD82_Sensor(SLD82_Sensor)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1181.0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SLD83_LeftPressure(SLD83_LeftPressure)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SLD83_Sensor(SLD83_Sensor)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1162.0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SLD84_LeftPressure(SLD84_LeftPressure)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486.0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SLD84_Sensor(SLD84_Sensor)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SLD85_LeftPressure(SLD85_LeftPressure)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448.0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SLD85_Sensor(SLD85_Sensor)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1159.0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SLD86_LeftPressure(SLD86_LeftPressure)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379.0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SLD86_Sensor(SLD86_Sensor)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1185.0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SLD87_LeftPressure(SLD87_LeftPressure)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264.0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SLD87_Sensor(SLD87_Sensor)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1051.0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SLD88_LeftPressure(SLD88_LeftPressure)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344.0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SLD88_Sensor(SLD88_Sensor)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SLD89_LeftPressure(SLD89_LeftPressure)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312.0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SLD89_Sensor(SLD89_Sensor)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SLD9_LeftPressure(SLD9_LeftPressure)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305.0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SLD9_Sensor(SLD9_Sensor)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SLD90_LeftPressure(SLD90_LeftPressure)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393.0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SLD90_Sensor(SLD90_Sensor)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SLD90_TipHeight(SLD90_TipHeight)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6050.0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SLD91_LeftPressure(SLD91_LeftPressure)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SLD91_Sensor(SLD91_Sensor)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1029.0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SLD92_LeftPressure(SLD92_LeftPressure)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295.0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SLD92_Sensor(SLD92_Sensor)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SLD93_LeftPressure(SLD93_LeftPressure)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288.0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SLD93_Sensor(SLD93_Sensor)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SLD94_LeftPressure(SLD94_LeftPressure)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295.0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SLD94_Sensor(SLD94_Sensor)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SLD95_LeftPressure(SLD95_LeftPressure)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SLD95_Sensor(SLD95_Sensor)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SLD96_LeftPressure(SLD96_LeftPressure)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282.0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SLD96_Sensor(SLD96_Sensor)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1199.0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SLD97_LeftPressure(SLD97_LeftPressure)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SLD97_Sensor(SLD97_Sensor)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SLD98_LeftPressure(SLD98_LeftPressure)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SLD98_Sensor(SLD98_Sensor)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1200.0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SLD99_LeftPressure(SLD99_LeftPressure)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287.0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MPa</w:t>
            </w:r>
          </w:p>
        </w:tc>
      </w:tr>
      <w:tr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SLD99_Sensor(SLD99_Sensor)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  <w:t>1193.0</w:t>
            </w:r>
          </w:p>
        </w:tc>
        <w:tc>
          <w:tcPr>
            <w:tcW w:type="dxa" w:w="2880"/>
          </w:tcPr>
          <w:p>
            <w:r>
              <w:rPr>
                <w:rFonts w:ascii="微软雅黑" w:hAnsi="微软雅黑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